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/>
      </w:pPr>
      <w:r>
        <w:rPr>
          <w:rFonts w:ascii="Calibri" w:hAnsi="Calibri"/>
          <w:b/>
          <w:color w:val="B98225"/>
          <w:sz w:val="17"/>
        </w:rPr>
        <w:t>EDITABLE TRAVEL DOCUMENT</w:t>
      </w:r>
    </w:p>
    <w:p>
      <w:pPr>
        <w:keepNext/>
        <w:spacing w:before="0" w:after="80"/>
      </w:pPr>
      <w:r>
        <w:rPr>
          <w:rFonts w:ascii="Calibri" w:hAnsi="Calibri"/>
          <w:b/>
          <w:color w:val="061B3B"/>
          <w:sz w:val="48"/>
        </w:rPr>
        <w:t>Travel Sponsorship Letter</w:t>
      </w:r>
    </w:p>
    <w:p>
      <w:pPr>
        <w:spacing w:before="0" w:after="280"/>
      </w:pPr>
      <w:r>
        <w:rPr>
          <w:rFonts w:ascii="Calibri" w:hAnsi="Calibri"/>
          <w:color w:val="697386"/>
          <w:sz w:val="21"/>
        </w:rPr>
        <w:t>A clear statement of who will fund the traveller and which costs are covered.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To: </w:t>
      </w:r>
      <w:r>
        <w:rPr>
          <w:rFonts w:ascii="Calibri" w:hAnsi="Calibri"/>
          <w:color w:val="14213A"/>
          <w:sz w:val="21"/>
        </w:rPr>
        <w:t>[EMBASSY / CONSULATE / VISA OFFICE]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Subject: </w:t>
      </w:r>
      <w:r>
        <w:rPr>
          <w:rFonts w:ascii="Calibri" w:hAnsi="Calibri"/>
          <w:color w:val="14213A"/>
          <w:sz w:val="21"/>
        </w:rPr>
        <w:t>Sponsorship for [APPLICANT FULL NAME], passport [PASSPORT NUMBER]</w:t>
      </w:r>
    </w:p>
    <w:p/>
    <w:p>
      <w:pPr>
        <w:spacing w:after="140" w:line="300" w:lineRule="auto"/>
      </w:pPr>
      <w:r>
        <w:rPr>
          <w:rFonts w:ascii="Calibri" w:hAnsi="Calibri"/>
          <w:color w:val="14213A"/>
          <w:sz w:val="21"/>
        </w:rPr>
        <w:t>Dear Visa Officer,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I, [SPONSOR FULL NAME], holder of [PASSPORT / ID NUMBER], residing at [FULL ADDRESS], confirm that I will sponsor [APPLICANT FULL NAME], who is my [RELATIONSHIP].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The applicant plans to travel to [DESTINATION COUNTRY] from [ARRIVAL DATE] to [DEPARTURE DATE] for [PURPOSE OF VISIT]. During this period, the applicant will stay at [ACCOMMODATION DETAILS].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 will cover the following costs: [AIRFARE], [ACCOMMODATION], [DAILY EXPENSES], [LOCAL TRANSPORT], [TRAVEL INSURANCE], and [OTHER AGREED COSTS]. Evidence of my identity, relationship, employment or business activity, funds, and bank statements is attached where required.</w:t>
      </w:r>
    </w:p>
    <w:p>
      <w:pPr>
        <w:spacing w:after="140" w:line="300" w:lineRule="auto"/>
        <w:jc w:val="both"/>
      </w:pPr>
      <w:r>
        <w:rPr>
          <w:rFonts w:ascii="Calibri" w:hAnsi="Calibri"/>
          <w:color w:val="14213A"/>
          <w:sz w:val="21"/>
        </w:rPr>
        <w:t>I understand my responsibility as sponsor and confirm that the information in this letter is true. I may be contacted at [PHONE] or [EMAIL] if further information is required.</w:t>
      </w:r>
    </w:p>
    <w:p>
      <w:pPr>
        <w:spacing w:after="40" w:line="300" w:lineRule="auto"/>
      </w:pPr>
      <w:r>
        <w:rPr>
          <w:rFonts w:ascii="Calibri" w:hAnsi="Calibri"/>
          <w:color w:val="14213A"/>
          <w:sz w:val="21"/>
        </w:rPr>
        <w:t>Yours faithfully,</w:t>
      </w:r>
    </w:p>
    <w:p>
      <w:pPr>
        <w:spacing w:before="240" w:after="40"/>
      </w:pPr>
      <w:r>
        <w:rPr>
          <w:rFonts w:ascii="Calibri" w:hAnsi="Calibri"/>
          <w:color w:val="14213A"/>
          <w:sz w:val="21"/>
        </w:rPr>
        <w:t>Signature: ______________________________________________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Name: </w:t>
      </w:r>
      <w:r>
        <w:rPr>
          <w:rFonts w:ascii="Calibri" w:hAnsi="Calibri"/>
          <w:color w:val="14213A"/>
          <w:sz w:val="21"/>
        </w:rPr>
        <w:t>[FULL NAME]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Role: </w:t>
      </w:r>
      <w:r>
        <w:rPr>
          <w:rFonts w:ascii="Calibri" w:hAnsi="Calibri"/>
          <w:color w:val="14213A"/>
          <w:sz w:val="21"/>
        </w:rPr>
        <w:t>Sponsor</w:t>
      </w:r>
    </w:p>
    <w:p>
      <w:pPr>
        <w:keepNext/>
        <w:spacing w:before="0" w:after="60"/>
      </w:pPr>
      <w:r>
        <w:rPr>
          <w:rFonts w:ascii="Calibri" w:hAnsi="Calibri"/>
          <w:b/>
          <w:color w:val="061B3B"/>
          <w:sz w:val="21"/>
        </w:rPr>
        <w:t xml:space="preserve">Date: </w:t>
      </w:r>
      <w:r>
        <w:rPr>
          <w:rFonts w:ascii="Calibri" w:hAnsi="Calibri"/>
          <w:color w:val="14213A"/>
          <w:sz w:val="21"/>
        </w:rPr>
        <w:t>[DD MONTH YYYY]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/>
        <w:tc>
          <w:tcPr>
            <w:tcW w:type="dxa" w:w="9360"/>
            <w:shd w:fill="FBF5E8"/>
            <w:tcBorders>
              <w:top w:val="single" w:sz="7" w:color="E7D5AD"/>
              <w:start w:val="single" w:sz="7" w:color="E7D5AD"/>
              <w:bottom w:val="single" w:sz="7" w:color="E7D5AD"/>
              <w:end w:val="single" w:sz="7" w:color="E7D5AD"/>
              <w:insideH w:val="single" w:sz="7" w:color="E7D5AD"/>
              <w:insideV w:val="single" w:sz="7" w:color="E7D5AD"/>
            </w:tcBorders>
            <w:vAlign w:val="center"/>
            <w:tcMar>
              <w:top w:w="110" w:type="dxa"/>
              <w:bottom w:w="110" w:type="dxa"/>
              <w:start w:w="120" w:type="dxa"/>
              <w:end w:w="120" w:type="dxa"/>
            </w:tcMar>
          </w:tcPr>
          <w:p>
            <w:pPr>
              <w:spacing w:before="80" w:after="80"/>
              <w:jc w:val="both"/>
            </w:pPr>
            <w:r>
              <w:rPr>
                <w:rFonts w:ascii="Calibri" w:hAnsi="Calibri"/>
                <w:b/>
                <w:color w:val="061B3B"/>
                <w:sz w:val="19"/>
              </w:rPr>
              <w:t xml:space="preserve">Useful attachments  </w:t>
            </w:r>
            <w:r>
              <w:rPr>
                <w:rFonts w:ascii="Calibri" w:hAnsi="Calibri"/>
                <w:color w:val="14213A"/>
                <w:sz w:val="19"/>
              </w:rPr>
              <w:t>Sponsor ID or passport, proof of relationship, financial evidence, employment or business evidence, and accommodation confirmation where applicable.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23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97386"/>
        <w:sz w:val="15"/>
      </w:rPr>
      <w:t>General editable template only. Adapt it to the destination authority's current requirements before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061B3B"/>
        <w:sz w:val="17"/>
      </w:rPr>
      <w:t>PEARL</w:t>
    </w:r>
    <w:r>
      <w:rPr>
        <w:rFonts w:ascii="Calibri" w:hAnsi="Calibri"/>
        <w:b/>
        <w:color w:val="B98225"/>
        <w:sz w:val="17"/>
      </w:rPr>
      <w:t>GO</w:t>
    </w:r>
    <w:r>
      <w:rPr>
        <w:rFonts w:ascii="Calibri" w:hAnsi="Calibri"/>
        <w:b/>
        <w:color w:val="697386"/>
        <w:sz w:val="17"/>
      </w:rPr>
      <w:t xml:space="preserve">  |  TRAVEL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61B3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61B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1B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