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/>
      </w:pPr>
      <w:r>
        <w:rPr>
          <w:rFonts w:ascii="Calibri" w:hAnsi="Calibri"/>
          <w:b/>
          <w:color w:val="B98225"/>
          <w:sz w:val="17"/>
        </w:rPr>
        <w:t>EDITABLE TRAVEL DOCUMENT</w:t>
      </w:r>
    </w:p>
    <w:p>
      <w:pPr>
        <w:keepNext/>
        <w:spacing w:before="0" w:after="80"/>
      </w:pPr>
      <w:r>
        <w:rPr>
          <w:rFonts w:ascii="Calibri" w:hAnsi="Calibri"/>
          <w:b/>
          <w:color w:val="061B3B"/>
          <w:sz w:val="48"/>
        </w:rPr>
        <w:t>Tourist Visa Cover Letter</w:t>
      </w:r>
    </w:p>
    <w:p>
      <w:pPr>
        <w:spacing w:before="0" w:after="280"/>
      </w:pPr>
      <w:r>
        <w:rPr>
          <w:rFonts w:ascii="Calibri" w:hAnsi="Calibri"/>
          <w:color w:val="697386"/>
          <w:sz w:val="21"/>
        </w:rPr>
        <w:t>A concise letter to introduce your travel purpose and supporting documents.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Date: </w:t>
      </w:r>
      <w:r>
        <w:rPr>
          <w:rFonts w:ascii="Calibri" w:hAnsi="Calibri"/>
          <w:color w:val="14213A"/>
          <w:sz w:val="21"/>
        </w:rPr>
        <w:t>[DD MONTH YYYY]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To: </w:t>
      </w:r>
      <w:r>
        <w:rPr>
          <w:rFonts w:ascii="Calibri" w:hAnsi="Calibri"/>
          <w:color w:val="14213A"/>
          <w:sz w:val="21"/>
        </w:rPr>
        <w:t>[EMBASSY / CONSULATE / VISA OFFICE]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Subject: </w:t>
      </w:r>
      <w:r>
        <w:rPr>
          <w:rFonts w:ascii="Calibri" w:hAnsi="Calibri"/>
          <w:color w:val="14213A"/>
          <w:sz w:val="21"/>
        </w:rPr>
        <w:t>Tourist visa application - [FULL NAME], passport [PASSPORT NUMBER]</w:t>
      </w:r>
    </w:p>
    <w:p/>
    <w:p>
      <w:pPr>
        <w:spacing w:after="140" w:line="300" w:lineRule="auto"/>
      </w:pPr>
      <w:r>
        <w:rPr>
          <w:rFonts w:ascii="Calibri" w:hAnsi="Calibri"/>
          <w:color w:val="14213A"/>
          <w:sz w:val="21"/>
        </w:rPr>
        <w:t>Dear Visa Officer,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I, [FULL NAME], a citizen of [NATIONALITY] holding passport number [PASSPORT NUMBER], respectfully submit my application for a tourist visa to visit [DESTINATION COUNTRY] from [ARRIVAL DATE] to [DEPARTURE DATE].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The purpose of my visit is [HOLIDAY / FAMILY VISIT / EVENT]. My planned itinerary includes [MAIN CITIES OR ACTIVITIES], and I will stay at [HOTEL / HOST NAME AND ADDRESS].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The cost of this trip will be paid by [MYSELF / SPONSOR NAME]. I have attached evidence of [FUNDS / SPONSORSHIP], accommodation, travel arrangements, insurance where required, and the supporting documents requested for my application.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 am currently [EMPLOYED / SELF-EMPLOYED / STUDYING] as [ROLE] at [ORGANISATION]. I will return to [COUNTRY OF RESIDENCE] after the visit because [BRIEF HOME-TIE REASON].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 confirm that the information provided is accurate and that I will comply with the conditions of any visa granted. Thank you for considering my application.</w:t>
      </w:r>
    </w:p>
    <w:p>
      <w:pPr>
        <w:spacing w:after="40" w:line="300" w:lineRule="auto"/>
      </w:pPr>
      <w:r>
        <w:rPr>
          <w:rFonts w:ascii="Calibri" w:hAnsi="Calibri"/>
          <w:color w:val="14213A"/>
          <w:sz w:val="21"/>
        </w:rPr>
        <w:t>Yours faithfully,</w:t>
      </w:r>
    </w:p>
    <w:p>
      <w:pPr>
        <w:spacing w:before="240" w:after="40"/>
      </w:pPr>
      <w:r>
        <w:rPr>
          <w:rFonts w:ascii="Calibri" w:hAnsi="Calibri"/>
          <w:color w:val="14213A"/>
          <w:sz w:val="21"/>
        </w:rPr>
        <w:t>Signature: ______________________________________________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Name: </w:t>
      </w:r>
      <w:r>
        <w:rPr>
          <w:rFonts w:ascii="Calibri" w:hAnsi="Calibri"/>
          <w:color w:val="14213A"/>
          <w:sz w:val="21"/>
        </w:rPr>
        <w:t>[FULL NAME]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Role: </w:t>
      </w:r>
      <w:r>
        <w:rPr>
          <w:rFonts w:ascii="Calibri" w:hAnsi="Calibri"/>
          <w:color w:val="14213A"/>
          <w:sz w:val="21"/>
        </w:rPr>
        <w:t>Applicant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Date: </w:t>
      </w:r>
      <w:r>
        <w:rPr>
          <w:rFonts w:ascii="Calibri" w:hAnsi="Calibri"/>
          <w:color w:val="14213A"/>
          <w:sz w:val="21"/>
        </w:rPr>
        <w:t>[DD MONTH YYYY]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/>
        <w:tc>
          <w:tcPr>
            <w:tcW w:type="dxa" w:w="9360"/>
            <w:shd w:fill="FBF5E8"/>
            <w:tcBorders>
              <w:top w:val="single" w:sz="7" w:color="E7D5AD"/>
              <w:start w:val="single" w:sz="7" w:color="E7D5AD"/>
              <w:bottom w:val="single" w:sz="7" w:color="E7D5AD"/>
              <w:end w:val="single" w:sz="7" w:color="E7D5AD"/>
              <w:insideH w:val="single" w:sz="7" w:color="E7D5AD"/>
              <w:insideV w:val="single" w:sz="7" w:color="E7D5AD"/>
            </w:tcBorders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</w:tcPr>
          <w:p>
            <w:pPr>
              <w:spacing w:before="80" w:after="80"/>
              <w:jc w:val="both"/>
            </w:pPr>
            <w:r>
              <w:rPr>
                <w:rFonts w:ascii="Calibri" w:hAnsi="Calibri"/>
                <w:b/>
                <w:color w:val="061B3B"/>
                <w:sz w:val="19"/>
              </w:rPr>
              <w:t xml:space="preserve">Before submitting  </w:t>
            </w:r>
            <w:r>
              <w:rPr>
                <w:rFonts w:ascii="Calibri" w:hAnsi="Calibri"/>
                <w:color w:val="14213A"/>
                <w:sz w:val="19"/>
              </w:rPr>
              <w:t>Replace every bracketed field, match the letter to your evidence, and verify the authority's latest document list.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2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97386"/>
        <w:sz w:val="15"/>
      </w:rPr>
      <w:t>General editable template only. Adapt it to the destination authority's current requirements before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061B3B"/>
        <w:sz w:val="17"/>
      </w:rPr>
      <w:t>PEARL</w:t>
    </w:r>
    <w:r>
      <w:rPr>
        <w:rFonts w:ascii="Calibri" w:hAnsi="Calibri"/>
        <w:b/>
        <w:color w:val="B98225"/>
        <w:sz w:val="17"/>
      </w:rPr>
      <w:t>GO</w:t>
    </w:r>
    <w:r>
      <w:rPr>
        <w:rFonts w:ascii="Calibri" w:hAnsi="Calibri"/>
        <w:b/>
        <w:color w:val="697386"/>
        <w:sz w:val="17"/>
      </w:rPr>
      <w:t xml:space="preserve">  |  TRAVEL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61B3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61B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61B3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