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/>
      </w:pPr>
      <w:r>
        <w:rPr>
          <w:rFonts w:ascii="Calibri" w:hAnsi="Calibri"/>
          <w:b/>
          <w:color w:val="B98225"/>
          <w:sz w:val="17"/>
        </w:rPr>
        <w:t>EDITABLE TRAVEL DOCUMENT</w:t>
      </w:r>
    </w:p>
    <w:p>
      <w:pPr>
        <w:keepNext/>
        <w:spacing w:before="0" w:after="80"/>
      </w:pPr>
      <w:r>
        <w:rPr>
          <w:rFonts w:ascii="Calibri" w:hAnsi="Calibri"/>
          <w:b/>
          <w:color w:val="061B3B"/>
          <w:sz w:val="48"/>
        </w:rPr>
        <w:t>Minor Travel Consent Letter</w:t>
      </w:r>
    </w:p>
    <w:p>
      <w:pPr>
        <w:spacing w:before="0" w:after="280"/>
      </w:pPr>
      <w:r>
        <w:rPr>
          <w:rFonts w:ascii="Calibri" w:hAnsi="Calibri"/>
          <w:color w:val="697386"/>
          <w:sz w:val="21"/>
        </w:rPr>
        <w:t>A parent or guardian consent statement for a child travelling internationally.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Date: </w:t>
      </w:r>
      <w:r>
        <w:rPr>
          <w:rFonts w:ascii="Calibri" w:hAnsi="Calibri"/>
          <w:color w:val="14213A"/>
          <w:sz w:val="21"/>
        </w:rPr>
        <w:t>[DD MONTH YYYY]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Minor: </w:t>
      </w:r>
      <w:r>
        <w:rPr>
          <w:rFonts w:ascii="Calibri" w:hAnsi="Calibri"/>
          <w:color w:val="14213A"/>
          <w:sz w:val="21"/>
        </w:rPr>
        <w:t>[FULL NAME], date of birth [DD/MM/YYYY], passport [NUMBER]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Journey: </w:t>
      </w:r>
      <w:r>
        <w:rPr>
          <w:rFonts w:ascii="Calibri" w:hAnsi="Calibri"/>
          <w:color w:val="14213A"/>
          <w:sz w:val="21"/>
        </w:rPr>
        <w:t>[DESTINATION COUNTRY / COUNTRIES], [DEPARTURE DATE] to [RETURN DATE]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Travelling with: </w:t>
      </w:r>
      <w:r>
        <w:rPr>
          <w:rFonts w:ascii="Calibri" w:hAnsi="Calibri"/>
          <w:color w:val="14213A"/>
          <w:sz w:val="21"/>
        </w:rPr>
        <w:t>[ACCOMPANYING ADULT FULL NAME, RELATIONSHIP, PASSPORT NUMBER]</w:t>
      </w:r>
    </w:p>
    <w:p/>
    <w:p>
      <w:pPr>
        <w:spacing w:after="140" w:line="300" w:lineRule="auto"/>
      </w:pPr>
      <w:r>
        <w:rPr>
          <w:rFonts w:ascii="Calibri" w:hAnsi="Calibri"/>
          <w:color w:val="14213A"/>
          <w:sz w:val="21"/>
        </w:rPr>
        <w:t>To Whom It May Concern,</w:t>
      </w:r>
    </w:p>
    <w:p>
      <w:pPr>
        <w:spacing w:after="140" w:line="300" w:lineRule="auto"/>
        <w:jc w:val="both"/>
      </w:pPr>
      <w:r>
        <w:rPr>
          <w:rFonts w:ascii="Calibri" w:hAnsi="Calibri"/>
          <w:color w:val="14213A"/>
          <w:sz w:val="21"/>
        </w:rPr>
        <w:t>I / We, [PARENT OR LEGAL GUARDIAN FULL NAME(S)], holder(s) of [PASSPORT / NATIONAL ID NUMBER(S)], am / are the lawful parent(s) or guardian(s) of the minor named above.</w:t>
      </w:r>
    </w:p>
    <w:p>
      <w:pPr>
        <w:spacing w:after="140" w:line="300" w:lineRule="auto"/>
        <w:jc w:val="both"/>
      </w:pPr>
      <w:r>
        <w:rPr>
          <w:rFonts w:ascii="Calibri" w:hAnsi="Calibri"/>
          <w:color w:val="14213A"/>
          <w:sz w:val="21"/>
        </w:rPr>
        <w:t>I / We give full consent for the minor to travel from [DEPARTURE COUNTRY] to [DESTINATION COUNTRY / COUNTRIES] during the dates stated above, accompanied by [ACCOMPANYING ADULT] / unaccompanied under the supervision of [AIRLINE OR RESPONSIBLE ORGANISATION, IF APPLICABLE].</w:t>
      </w:r>
    </w:p>
    <w:p>
      <w:pPr>
        <w:spacing w:after="140" w:line="300" w:lineRule="auto"/>
        <w:jc w:val="both"/>
      </w:pPr>
      <w:r>
        <w:rPr>
          <w:rFonts w:ascii="Calibri" w:hAnsi="Calibri"/>
          <w:color w:val="14213A"/>
          <w:sz w:val="21"/>
        </w:rPr>
        <w:t>The purpose of travel is [HOLIDAY / FAMILY VISIT / EDUCATION / OTHER]. Accommodation will be at [NAME AND FULL ADDRESS]. The responsible contact during travel is [NAME, PHONE, EMAIL].</w:t>
      </w:r>
    </w:p>
    <w:p>
      <w:pPr>
        <w:spacing w:after="140" w:line="300" w:lineRule="auto"/>
        <w:jc w:val="both"/>
      </w:pPr>
      <w:r>
        <w:rPr>
          <w:rFonts w:ascii="Calibri" w:hAnsi="Calibri"/>
          <w:color w:val="14213A"/>
          <w:sz w:val="21"/>
        </w:rPr>
        <w:t>In an emergency, I / we may be contacted at [PARENT OR GUARDIAN PHONE] and [EMAIL]. I / we authorise appropriate urgent medical care where legally permitted and where immediate consent cannot reasonably be obtained.</w:t>
      </w:r>
    </w:p>
    <w:p>
      <w:pPr>
        <w:spacing w:after="40" w:line="300" w:lineRule="auto"/>
        <w:jc w:val="both"/>
      </w:pPr>
      <w:r>
        <w:rPr>
          <w:rFonts w:ascii="Calibri" w:hAnsi="Calibri"/>
          <w:color w:val="14213A"/>
          <w:sz w:val="21"/>
        </w:rPr>
        <w:t>I / We confirm that this consent is given voluntarily and that the information above is accurate.</w:t>
      </w:r>
    </w:p>
    <w:p>
      <w:pPr>
        <w:spacing w:before="240" w:after="40"/>
      </w:pPr>
      <w:r>
        <w:rPr>
          <w:rFonts w:ascii="Calibri" w:hAnsi="Calibri"/>
          <w:color w:val="14213A"/>
          <w:sz w:val="21"/>
        </w:rPr>
        <w:t>Signature: ______________________________________________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Name: </w:t>
      </w:r>
      <w:r>
        <w:rPr>
          <w:rFonts w:ascii="Calibri" w:hAnsi="Calibri"/>
          <w:color w:val="14213A"/>
          <w:sz w:val="21"/>
        </w:rPr>
        <w:t>[FULL NAME]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Role: </w:t>
      </w:r>
      <w:r>
        <w:rPr>
          <w:rFonts w:ascii="Calibri" w:hAnsi="Calibri"/>
          <w:color w:val="14213A"/>
          <w:sz w:val="21"/>
        </w:rPr>
        <w:t>Parent / legal guardian 1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Date: </w:t>
      </w:r>
      <w:r>
        <w:rPr>
          <w:rFonts w:ascii="Calibri" w:hAnsi="Calibri"/>
          <w:color w:val="14213A"/>
          <w:sz w:val="21"/>
        </w:rPr>
        <w:t>[DD MONTH YYYY]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Second guardian signature (if required): </w:t>
      </w:r>
      <w:r>
        <w:rPr>
          <w:rFonts w:ascii="Calibri" w:hAnsi="Calibri"/>
          <w:color w:val="14213A"/>
          <w:sz w:val="21"/>
        </w:rPr>
        <w:t>______________________________________________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Witness / notary details (if required): </w:t>
      </w:r>
      <w:r>
        <w:rPr>
          <w:rFonts w:ascii="Calibri" w:hAnsi="Calibri"/>
          <w:color w:val="14213A"/>
          <w:sz w:val="21"/>
        </w:rPr>
        <w:t>[NAME, AUTHORITY, STAMP OR SEAL]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/>
        <w:tc>
          <w:tcPr>
            <w:tcW w:type="dxa" w:w="9360"/>
            <w:shd w:fill="FBF5E8"/>
            <w:tcBorders>
              <w:top w:val="single" w:sz="7" w:color="E7D5AD"/>
              <w:start w:val="single" w:sz="7" w:color="E7D5AD"/>
              <w:bottom w:val="single" w:sz="7" w:color="E7D5AD"/>
              <w:end w:val="single" w:sz="7" w:color="E7D5AD"/>
              <w:insideH w:val="single" w:sz="7" w:color="E7D5AD"/>
              <w:insideV w:val="single" w:sz="7" w:color="E7D5AD"/>
            </w:tcBorders>
            <w:vAlign w:val="center"/>
            <w:tcMar>
              <w:top w:w="110" w:type="dxa"/>
              <w:bottom w:w="110" w:type="dxa"/>
              <w:start w:w="120" w:type="dxa"/>
              <w:end w:w="120" w:type="dxa"/>
            </w:tcMar>
          </w:tcPr>
          <w:p>
            <w:pPr>
              <w:spacing w:before="80" w:after="80"/>
              <w:jc w:val="both"/>
            </w:pPr>
            <w:r>
              <w:rPr>
                <w:rFonts w:ascii="Calibri" w:hAnsi="Calibri"/>
                <w:b/>
                <w:color w:val="061B3B"/>
                <w:sz w:val="19"/>
              </w:rPr>
              <w:t xml:space="preserve">Important  </w:t>
            </w:r>
            <w:r>
              <w:rPr>
                <w:rFonts w:ascii="Calibri" w:hAnsi="Calibri"/>
                <w:color w:val="14213A"/>
                <w:sz w:val="19"/>
              </w:rPr>
              <w:t>Some countries, airlines, and transit points require notarisation, birth certificates, custody evidence, or a specific government form. Check every authority before travel.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81" w:right="1440" w:bottom="1123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color w:val="697386"/>
        <w:sz w:val="15"/>
      </w:rPr>
      <w:t>General editable template only. Adapt it to the destination authority's current requirements before use.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/>
        <w:b/>
        <w:color w:val="061B3B"/>
        <w:sz w:val="17"/>
      </w:rPr>
      <w:t>PEARL</w:t>
    </w:r>
    <w:r>
      <w:rPr>
        <w:rFonts w:ascii="Calibri" w:hAnsi="Calibri"/>
        <w:b/>
        <w:color w:val="B98225"/>
        <w:sz w:val="17"/>
      </w:rPr>
      <w:t>GO</w:t>
    </w:r>
    <w:r>
      <w:rPr>
        <w:rFonts w:ascii="Calibri" w:hAnsi="Calibri"/>
        <w:b/>
        <w:color w:val="697386"/>
        <w:sz w:val="17"/>
      </w:rPr>
      <w:t xml:space="preserve">  |  TRAVEL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61B3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61B3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61B3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