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</w:pPr>
      <w:r>
        <w:rPr>
          <w:rFonts w:ascii="Calibri" w:hAnsi="Calibri"/>
          <w:b/>
          <w:color w:val="B98225"/>
          <w:sz w:val="17"/>
        </w:rPr>
        <w:t>EDITABLE TRAVEL DOCUMENT</w:t>
      </w:r>
    </w:p>
    <w:p>
      <w:pPr>
        <w:keepNext/>
        <w:spacing w:before="0" w:after="80"/>
      </w:pPr>
      <w:r>
        <w:rPr>
          <w:rFonts w:ascii="Calibri" w:hAnsi="Calibri"/>
          <w:b/>
          <w:color w:val="061B3B"/>
          <w:sz w:val="48"/>
        </w:rPr>
        <w:t>No Objection &amp; Employment Confirmation</w:t>
      </w:r>
    </w:p>
    <w:p>
      <w:pPr>
        <w:spacing w:before="0" w:after="280"/>
      </w:pPr>
      <w:r>
        <w:rPr>
          <w:rFonts w:ascii="Calibri" w:hAnsi="Calibri"/>
          <w:color w:val="697386"/>
          <w:sz w:val="21"/>
        </w:rPr>
        <w:t>An employer-issued letter confirming role, approved leave, and expected return.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Use on: </w:t>
      </w:r>
      <w:r>
        <w:rPr>
          <w:rFonts w:ascii="Calibri" w:hAnsi="Calibri"/>
          <w:color w:val="14213A"/>
          <w:sz w:val="21"/>
        </w:rPr>
        <w:t>[COMPANY LETTERHEAD]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To: </w:t>
      </w:r>
      <w:r>
        <w:rPr>
          <w:rFonts w:ascii="Calibri" w:hAnsi="Calibri"/>
          <w:color w:val="14213A"/>
          <w:sz w:val="21"/>
        </w:rPr>
        <w:t>[EMBASSY / CONSULATE / VISA OFFICE]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Subject: </w:t>
      </w:r>
      <w:r>
        <w:rPr>
          <w:rFonts w:ascii="Calibri" w:hAnsi="Calibri"/>
          <w:color w:val="14213A"/>
          <w:sz w:val="21"/>
        </w:rPr>
        <w:t>Employment and approved leave - [EMPLOYEE FULL NAME]</w:t>
      </w:r>
    </w:p>
    <w:p/>
    <w:p>
      <w:pPr>
        <w:spacing w:after="140" w:line="300" w:lineRule="auto"/>
      </w:pPr>
      <w:r>
        <w:rPr>
          <w:rFonts w:ascii="Calibri" w:hAnsi="Calibri"/>
          <w:color w:val="14213A"/>
          <w:sz w:val="21"/>
        </w:rPr>
        <w:t>To Whom It May Concern,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This letter confirms that [EMPLOYEE FULL NAME], holder of passport number [PASSPORT NUMBER], has been employed by [COMPANY NAME] since [EMPLOYMENT START DATE] as [JOB TITLE] on a [PERMANENT / CONTRACT] basis.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The employee's current [MONTHLY / ANNUAL] remuneration is [AMOUNT AND CURRENCY], where disclosure is appropriate and permitted.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We have approved leave from [LEAVE START DATE] to [LEAVE END DATE] for travel to [DESTINATION COUNTRY]. We have no objection to this personal trip, and the employee is expected to resume duties on [RETURN-TO-WORK DATE].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Should you require verification, please contact [AUTHORISED PERSON] at [OFFICIAL EMAIL] or [OFFICIAL PHONE NUMBER].</w:t>
      </w:r>
    </w:p>
    <w:p>
      <w:pPr>
        <w:spacing w:after="40" w:line="300" w:lineRule="auto"/>
      </w:pPr>
      <w:r>
        <w:rPr>
          <w:rFonts w:ascii="Calibri" w:hAnsi="Calibri"/>
          <w:color w:val="14213A"/>
          <w:sz w:val="21"/>
        </w:rPr>
        <w:t>Yours sincerely,</w:t>
      </w:r>
    </w:p>
    <w:p>
      <w:pPr>
        <w:spacing w:before="240" w:after="40"/>
      </w:pPr>
      <w:r>
        <w:rPr>
          <w:rFonts w:ascii="Calibri" w:hAnsi="Calibri"/>
          <w:color w:val="14213A"/>
          <w:sz w:val="21"/>
        </w:rPr>
        <w:t>Signature: ______________________________________________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Name: </w:t>
      </w:r>
      <w:r>
        <w:rPr>
          <w:rFonts w:ascii="Calibri" w:hAnsi="Calibri"/>
          <w:color w:val="14213A"/>
          <w:sz w:val="21"/>
        </w:rPr>
        <w:t>[FULL NAME]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Role: </w:t>
      </w:r>
      <w:r>
        <w:rPr>
          <w:rFonts w:ascii="Calibri" w:hAnsi="Calibri"/>
          <w:color w:val="14213A"/>
          <w:sz w:val="21"/>
        </w:rPr>
        <w:t>[AUTHORISED SIGNATORY TITLE]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Company: </w:t>
      </w:r>
      <w:r>
        <w:rPr>
          <w:rFonts w:ascii="Calibri" w:hAnsi="Calibri"/>
          <w:color w:val="14213A"/>
          <w:sz w:val="21"/>
        </w:rPr>
        <w:t>[COMPANY NAME]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Company address: </w:t>
      </w:r>
      <w:r>
        <w:rPr>
          <w:rFonts w:ascii="Calibri" w:hAnsi="Calibri"/>
          <w:color w:val="14213A"/>
          <w:sz w:val="21"/>
        </w:rPr>
        <w:t>[REGISTERED / OFFICE ADDRESS]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shd w:fill="FBF5E8"/>
            <w:tcBorders>
              <w:top w:val="single" w:sz="7" w:color="E7D5AD"/>
              <w:start w:val="single" w:sz="7" w:color="E7D5AD"/>
              <w:bottom w:val="single" w:sz="7" w:color="E7D5AD"/>
              <w:end w:val="single" w:sz="7" w:color="E7D5AD"/>
              <w:insideH w:val="single" w:sz="7" w:color="E7D5AD"/>
              <w:insideV w:val="single" w:sz="7" w:color="E7D5AD"/>
            </w:tcBorders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</w:tcPr>
          <w:p>
            <w:pPr>
              <w:spacing w:before="80" w:after="80"/>
              <w:jc w:val="both"/>
            </w:pPr>
            <w:r>
              <w:rPr>
                <w:rFonts w:ascii="Calibri" w:hAnsi="Calibri"/>
                <w:b/>
                <w:color w:val="061B3B"/>
                <w:sz w:val="19"/>
              </w:rPr>
              <w:t xml:space="preserve">Employer action  </w:t>
            </w:r>
            <w:r>
              <w:rPr>
                <w:rFonts w:ascii="Calibri" w:hAnsi="Calibri"/>
                <w:color w:val="14213A"/>
                <w:sz w:val="19"/>
              </w:rPr>
              <w:t>Print on official letterhead and sign according to the destination authority's current rules. Add a company seal only if your organisation normally uses one.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97386"/>
        <w:sz w:val="15"/>
      </w:rPr>
      <w:t>General editable template only. Adapt it to the destination authority's current requirements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61B3B"/>
        <w:sz w:val="17"/>
      </w:rPr>
      <w:t>PEARL</w:t>
    </w:r>
    <w:r>
      <w:rPr>
        <w:rFonts w:ascii="Calibri" w:hAnsi="Calibri"/>
        <w:b/>
        <w:color w:val="B98225"/>
        <w:sz w:val="17"/>
      </w:rPr>
      <w:t>GO</w:t>
    </w:r>
    <w:r>
      <w:rPr>
        <w:rFonts w:ascii="Calibri" w:hAnsi="Calibri"/>
        <w:b/>
        <w:color w:val="697386"/>
        <w:sz w:val="17"/>
      </w:rPr>
      <w:t xml:space="preserve">  |  TRAVEL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1B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61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B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